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Web Developer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Landing page build — flat fee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CMS integration — admin setup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Responsive QA &amp; launch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Hosting &amp; domain (pass-through)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Monthly maintenance retainer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