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Snow Removal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Driveway plowing — event 2 of 8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Walkway shoveling &amp; salting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Commercial lot — per push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Salt &amp; ice melt materials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Seasonal contract — November to March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