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2F5270"/>
          <w:sz w:val="48"/>
        </w:rPr>
        <w:t>INVOICE</w:t>
      </w:r>
    </w:p>
    <w:p>
      <w:r>
        <w:rPr>
          <w:color w:val="8A8F96"/>
          <w:sz w:val="18"/>
        </w:rPr>
        <w:t>Pool Cleaner Invoice Template</w:t>
        <w:br/>
        <w:t>InvoiceTemplateHub · Free printable template</w:t>
      </w:r>
    </w:p>
    <w:p>
      <w:r>
        <w:rPr>
          <w:color w:val="1C2B33"/>
          <w:sz w:val="20"/>
        </w:rPr>
        <w:t>Invoice No: ______________    Date: ______________    Due: ______________</w:t>
      </w:r>
    </w:p>
    <w:p>
      <w:r>
        <w:rPr>
          <w:color w:val="D8D2C4"/>
        </w:rPr>
        <w:t>____________________________________________________________________________________________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46"/>
        <w:gridCol w:w="4946"/>
      </w:tblGrid>
      <w:tr>
        <w:tc>
          <w:tcPr>
            <w:tcW w:type="dxa" w:w="4946"/>
          </w:tcPr>
          <w:p>
            <w:r>
              <w:rPr>
                <w:b/>
                <w:color w:val="2F5270"/>
                <w:sz w:val="19"/>
              </w:rPr>
              <w:t>FROM (your business)</w:t>
              <w:br/>
            </w:r>
            <w:r>
              <w:rPr>
                <w:sz w:val="19"/>
              </w:rPr>
              <w:t>Your business name</w:t>
              <w:br/>
              <w:t>Street address</w:t>
              <w:br/>
              <w:t>City, ST ZIP</w:t>
              <w:br/>
              <w:t>Phone · email</w:t>
              <w:br/>
              <w:br/>
              <w:t>Bill to:</w:t>
              <w:br/>
              <w:t>Client name</w:t>
              <w:br/>
              <w:t>Client company</w:t>
              <w:br/>
              <w:t>City, ST ZIP</w:t>
            </w:r>
          </w:p>
        </w:tc>
        <w:tc>
          <w:tcPr>
            <w:tcW w:type="dxa" w:w="4946"/>
          </w:tcPr>
          <w:p>
            <w:r>
              <w:rPr>
                <w:b/>
                <w:color w:val="2F5270"/>
                <w:sz w:val="19"/>
              </w:rPr>
              <w:t>Details</w:t>
              <w:br/>
            </w:r>
            <w:r>
              <w:rPr>
                <w:sz w:val="19"/>
              </w:rPr>
              <w:t>Job / project: ____________________</w:t>
              <w:br/>
              <w:t>Date of work: ____________</w:t>
              <w:br/>
              <w:t>PO #: ____________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2473"/>
        <w:gridCol w:w="2473"/>
        <w:gridCol w:w="2473"/>
        <w:gridCol w:w="2473"/>
      </w:tblGrid>
      <w:tr>
        <w:tc>
          <w:tcPr>
            <w:tcW w:type="dxa" w:w="2473"/>
          </w:tcPr>
          <w:p>
            <w:r>
              <w:rPr>
                <w:b/>
                <w:color w:val="2F5270"/>
                <w:sz w:val="19"/>
              </w:rPr>
              <w:t>Description</w:t>
            </w:r>
          </w:p>
        </w:tc>
        <w:tc>
          <w:tcPr>
            <w:tcW w:type="dxa" w:w="2473"/>
          </w:tcPr>
          <w:p>
            <w:r>
              <w:rPr>
                <w:b/>
                <w:color w:val="2F5270"/>
                <w:sz w:val="19"/>
              </w:rPr>
              <w:t>Qty</w:t>
            </w:r>
          </w:p>
        </w:tc>
        <w:tc>
          <w:tcPr>
            <w:tcW w:type="dxa" w:w="2473"/>
          </w:tcPr>
          <w:p>
            <w:r>
              <w:rPr>
                <w:b/>
                <w:color w:val="2F5270"/>
                <w:sz w:val="19"/>
              </w:rPr>
              <w:t>Rate</w:t>
            </w:r>
          </w:p>
        </w:tc>
        <w:tc>
          <w:tcPr>
            <w:tcW w:type="dxa" w:w="2473"/>
          </w:tcPr>
          <w:p>
            <w:r>
              <w:rPr>
                <w:b/>
                <w:color w:val="2F5270"/>
                <w:sz w:val="19"/>
              </w:rPr>
              <w:t>Amount</w:t>
            </w:r>
          </w:p>
        </w:tc>
      </w:tr>
      <w:tr>
        <w:tc>
          <w:tcPr>
            <w:tcW w:type="dxa" w:w="2473"/>
          </w:tcPr>
          <w:p>
            <w:r>
              <w:t>Weekly pool service — visit 3 of 4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type="dxa" w:w="2473"/>
          </w:tcPr>
          <w:p>
            <w:r>
              <w:t>Skim, brush &amp; vacuum — full pool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type="dxa" w:w="2473"/>
          </w:tcPr>
          <w:p>
            <w:r>
              <w:t>Chemical check &amp; balance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type="dxa" w:w="2473"/>
          </w:tcPr>
          <w:p>
            <w:r>
              <w:t>Chlorine tabs — 3 lbs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type="dxa" w:w="2473"/>
          </w:tcPr>
          <w:p>
            <w:r>
              <w:t>Filter cleaning — cartridge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4946"/>
        <w:gridCol w:w="4946"/>
      </w:tblGrid>
      <w:tr>
        <w:tc>
          <w:tcPr>
            <w:tcW w:type="dxa" w:w="4946"/>
          </w:tcPr>
          <w:p>
            <w:r>
              <w:t>Subtotal</w:t>
            </w:r>
          </w:p>
        </w:tc>
        <w:tc>
          <w:tcPr>
            <w:tcW w:type="dxa" w:w="4946"/>
          </w:tcPr>
          <w:p>
            <w:r/>
          </w:p>
        </w:tc>
      </w:tr>
      <w:tr>
        <w:tc>
          <w:tcPr>
            <w:tcW w:type="dxa" w:w="4946"/>
          </w:tcPr>
          <w:p>
            <w:r>
              <w:t>Tax (if applicable)</w:t>
            </w:r>
          </w:p>
        </w:tc>
        <w:tc>
          <w:tcPr>
            <w:tcW w:type="dxa" w:w="4946"/>
          </w:tcPr>
          <w:p>
            <w:r/>
          </w:p>
        </w:tc>
      </w:tr>
      <w:tr>
        <w:tc>
          <w:tcPr>
            <w:tcW w:type="dxa" w:w="4946"/>
          </w:tcPr>
          <w:p>
            <w:r>
              <w:rPr>
                <w:b/>
              </w:rPr>
              <w:t>Total due</w:t>
            </w:r>
          </w:p>
        </w:tc>
        <w:tc>
          <w:tcPr>
            <w:tcW w:type="dxa" w:w="4946"/>
          </w:tcPr>
          <w:p>
            <w:r>
              <w:rPr>
                <w:b/>
              </w:rPr>
            </w:r>
          </w:p>
        </w:tc>
      </w:tr>
    </w:tbl>
    <w:p/>
    <w:p>
      <w:r>
        <w:rPr>
          <w:sz w:val="19"/>
        </w:rPr>
        <w:t>Payment terms: __________________  (suggested: due on receipt / Net 15)</w:t>
        <w:br/>
      </w:r>
      <w:r>
        <w:rPr>
          <w:sz w:val="19"/>
        </w:rPr>
        <w:t>Make payable to: ______________________</w:t>
        <w:br/>
      </w:r>
      <w:r>
        <w:rPr>
          <w:b/>
          <w:color w:val="2E7D5B"/>
          <w:sz w:val="19"/>
        </w:rPr>
        <w:t>Thank you for your business!</w:t>
      </w:r>
    </w:p>
    <w:sectPr w:rsidR="00FC693F" w:rsidRPr="0006063C" w:rsidSect="00034616">
      <w:pgSz w:w="11909" w:h="16834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