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Painter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Living room walls &amp; ceiling — 2 coats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Trim &amp; doors — 1 coat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Prep: patching &amp; sanding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Paint &amp; primer — Benjamin Moore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Deposit — 25%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