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Massage Therapist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60-min therapeutic massage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hot stones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90-min deep tissue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Package balance — 6 of 10 sessions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aromatherapy upgrade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