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Hvac Technician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Diagnostic fee (credited toward repair)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Repair: failed AC capacitor — part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Repair: failed AC capacitor — labor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Refrigerant — R-410A, 2 lbs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Seasonal tune-up — spring visit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