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Hairdresser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Haircut &amp; blowout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Full color — balayage, long hair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Toner &amp; gloss treatment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Retail: color-safe shampoo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Bridal styling deposit — 50%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