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Freelance Photographer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