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Catering Company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Corporate buffet — 40 guests @ $28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Event staff — 3 servers × 5 hrs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Table linens &amp; rentals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Delivery &amp; setup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Deposit paid at booking — 30%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