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Carpenter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Custom built-in shelves, 8 ft, oak — materials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Custom built-in shelves, 8 ft, oak — labor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Repair deck stairs — 3 treads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Finish hardware &amp; trim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Deposit (materials) — 40%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