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Barber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Haircut — skin fade with hot towel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Beard trim &amp; shape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Full grooming package — cut, beard, brow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Event booking deposit — wedding party (3 cuts)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Travel fee — mobile visit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